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D540F" w14:textId="77777777" w:rsidR="00133302" w:rsidRDefault="00133302">
      <w:pPr>
        <w:rPr>
          <w:b/>
        </w:rPr>
      </w:pPr>
    </w:p>
    <w:p w14:paraId="3137DC0A" w14:textId="0FA08DD1" w:rsidR="000811C9" w:rsidRDefault="003F3455" w:rsidP="00133302">
      <w:pPr>
        <w:jc w:val="center"/>
      </w:pPr>
      <w:r>
        <w:rPr>
          <w:b/>
        </w:rPr>
        <w:t>PEACE NextGen application form 2027</w:t>
      </w:r>
    </w:p>
    <w:p w14:paraId="728183DC" w14:textId="14BE246D" w:rsidR="00655B51" w:rsidRDefault="00655B51" w:rsidP="002F3DCD">
      <w:pPr>
        <w:jc w:val="both"/>
      </w:pPr>
      <w:r>
        <w:t>Application deadline: 31 October 2026 (23:59 CET)</w:t>
      </w:r>
    </w:p>
    <w:p w14:paraId="47013C1B" w14:textId="32CCE8B6" w:rsidR="000811C9" w:rsidRDefault="003F3455" w:rsidP="002F3DCD">
      <w:pPr>
        <w:jc w:val="both"/>
      </w:pPr>
      <w:r>
        <w:t xml:space="preserve">The NextGen Programme of the PEACE Action network invites applications from Young </w:t>
      </w:r>
      <w:proofErr w:type="spellStart"/>
      <w:r>
        <w:t>Reseacher</w:t>
      </w:r>
      <w:proofErr w:type="spellEnd"/>
      <w:r>
        <w:t xml:space="preserve"> and Innovators (YRIs) to participate in a mentorship and professional development </w:t>
      </w:r>
      <w:proofErr w:type="spellStart"/>
      <w:r>
        <w:t>programme</w:t>
      </w:r>
      <w:proofErr w:type="spellEnd"/>
      <w:r>
        <w:t xml:space="preserve"> (January - October 2027). The NextGen </w:t>
      </w:r>
      <w:proofErr w:type="spellStart"/>
      <w:r>
        <w:t>programme</w:t>
      </w:r>
      <w:proofErr w:type="spellEnd"/>
      <w:r>
        <w:t xml:space="preserve"> supports early career researchers in peace and conflict studies by fostering academic and professional growth, networking, and knowledge exchange within the European peace research community.</w:t>
      </w:r>
    </w:p>
    <w:p w14:paraId="156BB4CC" w14:textId="73104800" w:rsidR="000811C9" w:rsidRDefault="003F3455" w:rsidP="002F3DCD">
      <w:pPr>
        <w:jc w:val="both"/>
      </w:pPr>
      <w:r>
        <w:t xml:space="preserve">More information about the </w:t>
      </w:r>
      <w:proofErr w:type="spellStart"/>
      <w:r>
        <w:t>programme</w:t>
      </w:r>
      <w:proofErr w:type="spellEnd"/>
      <w:r>
        <w:t xml:space="preserve"> and the full call for applica</w:t>
      </w:r>
      <w:r w:rsidR="00322B4A">
        <w:t>tions</w:t>
      </w:r>
      <w:r>
        <w:t xml:space="preserve"> can be found on the website of the network: </w:t>
      </w:r>
      <w:hyperlink r:id="rId11" w:history="1">
        <w:r w:rsidR="002F3DCD" w:rsidRPr="00B06CBB">
          <w:rPr>
            <w:rStyle w:val="Hyperlink"/>
          </w:rPr>
          <w:t>https://www.peaceresearchnetwork.eu/join</w:t>
        </w:r>
      </w:hyperlink>
      <w:r>
        <w:t xml:space="preserve">. Please, check our website before contacting us with questions about your participation in the </w:t>
      </w:r>
      <w:proofErr w:type="spellStart"/>
      <w:r>
        <w:t>programme</w:t>
      </w:r>
      <w:proofErr w:type="spellEnd"/>
      <w:r>
        <w:t xml:space="preserve"> and/or eligibility criteria.</w:t>
      </w:r>
    </w:p>
    <w:p w14:paraId="741F79A6" w14:textId="6D94CABC" w:rsidR="00322B4A" w:rsidRDefault="00322B4A" w:rsidP="002F3DCD">
      <w:pPr>
        <w:jc w:val="both"/>
      </w:pPr>
      <w:r>
        <w:t>M</w:t>
      </w:r>
      <w:r w:rsidR="004C2E41">
        <w:t xml:space="preserve">ake sure you </w:t>
      </w:r>
      <w:proofErr w:type="gramStart"/>
      <w:r w:rsidR="004C2E41">
        <w:t>filled</w:t>
      </w:r>
      <w:proofErr w:type="gramEnd"/>
      <w:r w:rsidR="004C2E41">
        <w:t xml:space="preserve"> </w:t>
      </w:r>
      <w:r>
        <w:t xml:space="preserve">out everything correctly before sending us your application form. If any of the </w:t>
      </w:r>
      <w:r w:rsidR="00D87BE1">
        <w:t>necessary</w:t>
      </w:r>
      <w:r>
        <w:t xml:space="preserve"> information is missing, your application will </w:t>
      </w:r>
      <w:r w:rsidRPr="009A1692">
        <w:rPr>
          <w:b/>
          <w:bCs/>
          <w:u w:val="single"/>
        </w:rPr>
        <w:t>not be considered</w:t>
      </w:r>
      <w:r>
        <w:t xml:space="preserve">. </w:t>
      </w:r>
    </w:p>
    <w:p w14:paraId="6003B98B" w14:textId="58DEBDAD" w:rsidR="000811C9" w:rsidRDefault="003F3455" w:rsidP="002F3DCD">
      <w:pPr>
        <w:jc w:val="both"/>
      </w:pPr>
      <w:r>
        <w:t xml:space="preserve">For any other questions on the </w:t>
      </w:r>
      <w:proofErr w:type="spellStart"/>
      <w:r>
        <w:t>programme</w:t>
      </w:r>
      <w:proofErr w:type="spellEnd"/>
      <w:r>
        <w:t xml:space="preserve">, you can contact the YRI Coordinator via e-mail at: </w:t>
      </w:r>
      <w:hyperlink r:id="rId12" w:history="1">
        <w:r w:rsidR="003234E4" w:rsidRPr="00B06CBB">
          <w:rPr>
            <w:rStyle w:val="Hyperlink"/>
          </w:rPr>
          <w:t>merel.selleslach@vlaamsparlement.be</w:t>
        </w:r>
      </w:hyperlink>
      <w:r>
        <w:t>.</w:t>
      </w:r>
    </w:p>
    <w:p w14:paraId="376C006E" w14:textId="52DBD5C6" w:rsidR="00133302" w:rsidRDefault="00133302" w:rsidP="002F3DCD">
      <w:pPr>
        <w:jc w:val="both"/>
      </w:pPr>
    </w:p>
    <w:p w14:paraId="690DD61C" w14:textId="7E6BB9BA" w:rsidR="00133302" w:rsidRDefault="00133302" w:rsidP="00133302"/>
    <w:p w14:paraId="5490B57E" w14:textId="05C10651" w:rsidR="003234E4" w:rsidRDefault="00133302" w:rsidP="00133302">
      <w:r>
        <w:br w:type="page"/>
      </w:r>
    </w:p>
    <w:p w14:paraId="09F1F59F" w14:textId="7E19BEE3" w:rsidR="000811C9" w:rsidRDefault="003F3455" w:rsidP="003234E4">
      <w:pPr>
        <w:pStyle w:val="Listenabsatz"/>
        <w:numPr>
          <w:ilvl w:val="0"/>
          <w:numId w:val="13"/>
        </w:numPr>
      </w:pPr>
      <w:r w:rsidRPr="003234E4">
        <w:rPr>
          <w:b/>
        </w:rPr>
        <w:lastRenderedPageBreak/>
        <w:t>Personal information</w:t>
      </w:r>
    </w:p>
    <w:p w14:paraId="22688C5C" w14:textId="77777777" w:rsidR="000811C9" w:rsidRDefault="003F3455">
      <w:r>
        <w:rPr>
          <w:b/>
        </w:rPr>
        <w:t>Full name</w:t>
      </w:r>
    </w:p>
    <w:p w14:paraId="1FDD76B9" w14:textId="0B8086A8" w:rsidR="000811C9" w:rsidRDefault="003F3455">
      <w:r>
        <w:t>_____________________________________________________________________________</w:t>
      </w:r>
    </w:p>
    <w:p w14:paraId="0E204DC2" w14:textId="77777777" w:rsidR="000811C9" w:rsidRDefault="003F3455">
      <w:r>
        <w:rPr>
          <w:b/>
        </w:rPr>
        <w:t>Email</w:t>
      </w:r>
    </w:p>
    <w:p w14:paraId="0853C7F3" w14:textId="49D2A764" w:rsidR="000811C9" w:rsidRDefault="003F3455">
      <w:r>
        <w:t>_____________________________________________________________________________</w:t>
      </w:r>
    </w:p>
    <w:p w14:paraId="112A58CC" w14:textId="77777777" w:rsidR="000811C9" w:rsidRDefault="003F3455">
      <w:r>
        <w:rPr>
          <w:b/>
        </w:rPr>
        <w:t>Birth year</w:t>
      </w:r>
    </w:p>
    <w:p w14:paraId="209D4155" w14:textId="50E021DD" w:rsidR="000811C9" w:rsidRDefault="003F3455">
      <w:r>
        <w:t>_____________________________________________________________________________</w:t>
      </w:r>
    </w:p>
    <w:p w14:paraId="4BE02EB3" w14:textId="77777777" w:rsidR="000811C9" w:rsidRDefault="003F3455">
      <w:r>
        <w:rPr>
          <w:b/>
        </w:rPr>
        <w:t>Nationality</w:t>
      </w:r>
    </w:p>
    <w:p w14:paraId="726C542D" w14:textId="775D67AA" w:rsidR="000811C9" w:rsidRDefault="003F3455">
      <w:r>
        <w:t>_____________________________________________________________________________</w:t>
      </w:r>
    </w:p>
    <w:p w14:paraId="40E649AB" w14:textId="77777777" w:rsidR="000811C9" w:rsidRDefault="003F3455">
      <w:r>
        <w:rPr>
          <w:b/>
        </w:rPr>
        <w:t>Gender</w:t>
      </w:r>
    </w:p>
    <w:p w14:paraId="1E1AF1F0" w14:textId="77777777" w:rsidR="000811C9" w:rsidRDefault="003F3455">
      <w:r>
        <w:t>☐ m</w:t>
      </w:r>
    </w:p>
    <w:p w14:paraId="0AC04767" w14:textId="77777777" w:rsidR="000811C9" w:rsidRDefault="003F3455">
      <w:r>
        <w:t>☐ f</w:t>
      </w:r>
    </w:p>
    <w:p w14:paraId="0D7FEB46" w14:textId="77777777" w:rsidR="000811C9" w:rsidRDefault="003F3455">
      <w:r>
        <w:t>☐ x</w:t>
      </w:r>
    </w:p>
    <w:p w14:paraId="7F71A063" w14:textId="77777777" w:rsidR="000811C9" w:rsidRDefault="003F3455">
      <w:r>
        <w:t>☐ prefer not to say</w:t>
      </w:r>
    </w:p>
    <w:p w14:paraId="7E621029" w14:textId="1263B01E" w:rsidR="00133302" w:rsidRDefault="00133302"/>
    <w:p w14:paraId="216DF52E" w14:textId="0764AAB5" w:rsidR="00133302" w:rsidRDefault="00133302"/>
    <w:p w14:paraId="75949795" w14:textId="3BF599F3" w:rsidR="003234E4" w:rsidRDefault="00133302">
      <w:r>
        <w:br w:type="page"/>
      </w:r>
    </w:p>
    <w:p w14:paraId="63AE53DC" w14:textId="77777777" w:rsidR="003234E4" w:rsidRPr="003234E4" w:rsidRDefault="003234E4" w:rsidP="003234E4">
      <w:pPr>
        <w:pStyle w:val="Listenabsatz"/>
        <w:numPr>
          <w:ilvl w:val="0"/>
          <w:numId w:val="13"/>
        </w:numPr>
      </w:pPr>
      <w:r>
        <w:rPr>
          <w:b/>
        </w:rPr>
        <w:lastRenderedPageBreak/>
        <w:t>Institutional Affiliation</w:t>
      </w:r>
    </w:p>
    <w:p w14:paraId="1D436E12" w14:textId="687BFE39" w:rsidR="003234E4" w:rsidRPr="00133302" w:rsidRDefault="003234E4" w:rsidP="003234E4">
      <w:pPr>
        <w:rPr>
          <w:b/>
          <w:bCs/>
          <w:i/>
          <w:iCs/>
        </w:rPr>
      </w:pPr>
      <w:r w:rsidRPr="00133302">
        <w:rPr>
          <w:b/>
          <w:bCs/>
          <w:i/>
          <w:iCs/>
        </w:rPr>
        <w:t>Important: If you have multiple affiliations, indicate your primary institution for work or study. Eligibility is based on this affiliation. Without an institutional affiliation, you cannot participate.</w:t>
      </w:r>
    </w:p>
    <w:p w14:paraId="2F096B5C" w14:textId="77777777" w:rsidR="003234E4" w:rsidRDefault="003234E4" w:rsidP="003234E4">
      <w:pPr>
        <w:rPr>
          <w:b/>
        </w:rPr>
      </w:pPr>
    </w:p>
    <w:p w14:paraId="4522EC80" w14:textId="7874AC78" w:rsidR="000811C9" w:rsidRDefault="003F3455" w:rsidP="003234E4">
      <w:r w:rsidRPr="003234E4">
        <w:rPr>
          <w:b/>
        </w:rPr>
        <w:t>Primary institutional affiliation</w:t>
      </w:r>
    </w:p>
    <w:p w14:paraId="67D7D220" w14:textId="66F7E332" w:rsidR="000811C9" w:rsidRDefault="003F3455">
      <w:r>
        <w:t>____________________________________________________________________________</w:t>
      </w:r>
    </w:p>
    <w:p w14:paraId="3556AE9C" w14:textId="77777777" w:rsidR="000811C9" w:rsidRDefault="003F3455">
      <w:r>
        <w:rPr>
          <w:b/>
        </w:rPr>
        <w:t>Department / Research Unit</w:t>
      </w:r>
    </w:p>
    <w:p w14:paraId="5975669E" w14:textId="5A72D973" w:rsidR="000811C9" w:rsidRDefault="003F3455">
      <w:r>
        <w:t>____________________________________________________________________________</w:t>
      </w:r>
    </w:p>
    <w:p w14:paraId="07EEB456" w14:textId="3C1F59C2" w:rsidR="000811C9" w:rsidRPr="00AC7595" w:rsidRDefault="003F3455">
      <w:pPr>
        <w:rPr>
          <w:lang w:val="en-GB"/>
        </w:rPr>
      </w:pPr>
      <w:r w:rsidRPr="00AC7595">
        <w:rPr>
          <w:b/>
          <w:lang w:val="en-GB"/>
        </w:rPr>
        <w:t>Position</w:t>
      </w:r>
      <w:r w:rsidR="0061254F" w:rsidRPr="00AC7595">
        <w:rPr>
          <w:b/>
          <w:lang w:val="en-GB"/>
        </w:rPr>
        <w:t xml:space="preserve"> (PhD candidate, Postdoctoral researcher, …)</w:t>
      </w:r>
    </w:p>
    <w:p w14:paraId="351177A7" w14:textId="77D4BC87" w:rsidR="000811C9" w:rsidRPr="00AC7595" w:rsidRDefault="003F3455">
      <w:pPr>
        <w:rPr>
          <w:lang w:val="en-GB"/>
        </w:rPr>
      </w:pPr>
      <w:r w:rsidRPr="00AC7595">
        <w:rPr>
          <w:lang w:val="en-GB"/>
        </w:rPr>
        <w:t>_____________________________________________________________________________</w:t>
      </w:r>
    </w:p>
    <w:p w14:paraId="1D13086C" w14:textId="77777777" w:rsidR="000811C9" w:rsidRDefault="003F3455">
      <w:r>
        <w:rPr>
          <w:b/>
        </w:rPr>
        <w:t>My primary institutional affiliation is</w:t>
      </w:r>
    </w:p>
    <w:p w14:paraId="05C8FF5C" w14:textId="77777777" w:rsidR="00405AF5" w:rsidRDefault="003F3455" w:rsidP="00405AF5">
      <w:r>
        <w:t xml:space="preserve">☐ A legal entity in COST F/C Member: </w:t>
      </w:r>
      <w:r w:rsidR="00405AF5">
        <w:t>Albania, Armenia, Austria, Belgium, Bosnia and Herzegovina, Bulgaria, Croatia, Cyprus, Czech Republic, Denmark, Estonia, Finland, France, Georgia, Germany, Greece, Hungary, Iceland, Ireland, Israel, Italy, Latvia, Lithuania, Luxembourg, Malta, Republic of Moldova, Montenegro, Netherlands, Republic of North Macedonia, Norway, Poland, Portugal, Romania, Serbia, Slovakia, Slovenia, Spain, Sweden, Switzerland, Türkiye, Ukraine, United Kingdom</w:t>
      </w:r>
    </w:p>
    <w:p w14:paraId="05C4A14E" w14:textId="0AF91350" w:rsidR="0061254F" w:rsidRDefault="0061254F">
      <w:r>
        <w:tab/>
      </w:r>
      <w:r w:rsidRPr="0061254F">
        <w:rPr>
          <w:b/>
          <w:bCs/>
        </w:rPr>
        <w:t>Please specify the country:</w:t>
      </w:r>
      <w:r>
        <w:t xml:space="preserve"> _____________________________________________</w:t>
      </w:r>
    </w:p>
    <w:p w14:paraId="180E2E27" w14:textId="77777777" w:rsidR="000811C9" w:rsidRDefault="003F3455">
      <w:r>
        <w:t xml:space="preserve">☐ A European RTD </w:t>
      </w:r>
      <w:proofErr w:type="spellStart"/>
      <w:r>
        <w:t>organisation</w:t>
      </w:r>
      <w:proofErr w:type="spellEnd"/>
      <w:r>
        <w:t>: AnaEE-ERIC, BBMRI-ERIC, CERIC-ERIC, CESSDA ERIC, CLARIN ERIC, DARIAH ERIC, EATRIS-ERIC, ECCSEL ERIC, ECRIN-ERIC, ELI ERIC, EMBRC, EMSO ERIC, EPOS ERIC, ESS ERIC, EU-OPENSCREEN, Euro-Argo ERIC, Euro-</w:t>
      </w:r>
      <w:proofErr w:type="spellStart"/>
      <w:r>
        <w:t>BioImaging</w:t>
      </w:r>
      <w:proofErr w:type="spellEnd"/>
      <w:r>
        <w:t xml:space="preserve"> ERIC, European Spallation Source-ERIC, ICOS ERIC, INSTRUCT ERIC, JIV-ERIC, </w:t>
      </w:r>
      <w:proofErr w:type="spellStart"/>
      <w:r>
        <w:t>Lifewatch</w:t>
      </w:r>
      <w:proofErr w:type="spellEnd"/>
      <w:r>
        <w:t xml:space="preserve"> ERIC, MIRRI ERIC, Share-ERIC, EU-SOLARIS ERIC, Conseil </w:t>
      </w:r>
      <w:proofErr w:type="spellStart"/>
      <w:r>
        <w:t>Européen</w:t>
      </w:r>
      <w:proofErr w:type="spellEnd"/>
      <w:r>
        <w:t xml:space="preserve"> pour la Recherche </w:t>
      </w:r>
      <w:proofErr w:type="spellStart"/>
      <w:r>
        <w:t>Nucléaire</w:t>
      </w:r>
      <w:proofErr w:type="spellEnd"/>
      <w:r>
        <w:t xml:space="preserve"> (CERN), European University Institute (EUI), European Forest Institute (and sub-entities) (EFI), European Molecular Biology Laboratory (EMBL), European Space Agency (ESA), European Southern Observatory (ESO), European Centre for Medium-Range Weather Forecasts (ECMWF), European </w:t>
      </w:r>
      <w:proofErr w:type="spellStart"/>
      <w:r>
        <w:t>Organisation</w:t>
      </w:r>
      <w:proofErr w:type="spellEnd"/>
      <w:r>
        <w:t xml:space="preserve"> for the Exploitation of Meteorological Satellites (EUMETSAT), Baltic Marine Environment Protection Commission (Helsinki Commission) (HELCOM), International Iberian Nanotechnology Laboratory (INL)</w:t>
      </w:r>
    </w:p>
    <w:p w14:paraId="5B7C2E5C" w14:textId="56297988" w:rsidR="0061254F" w:rsidRDefault="0061254F">
      <w:r>
        <w:tab/>
      </w:r>
      <w:r w:rsidRPr="0061254F">
        <w:rPr>
          <w:b/>
          <w:bCs/>
        </w:rPr>
        <w:t xml:space="preserve">Please specify the </w:t>
      </w:r>
      <w:proofErr w:type="spellStart"/>
      <w:r w:rsidRPr="0061254F">
        <w:rPr>
          <w:b/>
          <w:bCs/>
        </w:rPr>
        <w:t>organi</w:t>
      </w:r>
      <w:r>
        <w:rPr>
          <w:b/>
          <w:bCs/>
        </w:rPr>
        <w:t>s</w:t>
      </w:r>
      <w:r w:rsidRPr="0061254F">
        <w:rPr>
          <w:b/>
          <w:bCs/>
        </w:rPr>
        <w:t>ation</w:t>
      </w:r>
      <w:proofErr w:type="spellEnd"/>
      <w:r w:rsidRPr="0061254F">
        <w:rPr>
          <w:b/>
          <w:bCs/>
        </w:rPr>
        <w:t>:</w:t>
      </w:r>
      <w:r>
        <w:t xml:space="preserve"> ___________________________________________</w:t>
      </w:r>
    </w:p>
    <w:p w14:paraId="730D4DEE" w14:textId="77777777" w:rsidR="000811C9" w:rsidRDefault="003F3455">
      <w:r>
        <w:t xml:space="preserve">☐ A legal entity in a Near </w:t>
      </w:r>
      <w:proofErr w:type="spellStart"/>
      <w:r>
        <w:t>Neighbour</w:t>
      </w:r>
      <w:proofErr w:type="spellEnd"/>
      <w:r>
        <w:t xml:space="preserve"> Country (NNC): Algeria, Azerbaijan, Egypt, the Faroe Islands, Jordan, Kosovo, Lebanon, Libya, Morocco, Palestine, Syria, Tunisia</w:t>
      </w:r>
    </w:p>
    <w:p w14:paraId="07D8FF10" w14:textId="27032126" w:rsidR="003234E4" w:rsidRDefault="0061254F">
      <w:r>
        <w:tab/>
      </w:r>
      <w:r w:rsidRPr="0061254F">
        <w:rPr>
          <w:b/>
          <w:bCs/>
        </w:rPr>
        <w:t>Please specify the country:</w:t>
      </w:r>
      <w:r>
        <w:t xml:space="preserve"> _______________________________________________</w:t>
      </w:r>
    </w:p>
    <w:p w14:paraId="17FFF8C4" w14:textId="633D5884" w:rsidR="003234E4" w:rsidRPr="00133302" w:rsidRDefault="003234E4" w:rsidP="00133302">
      <w:pPr>
        <w:pStyle w:val="Listenabsatz"/>
        <w:numPr>
          <w:ilvl w:val="0"/>
          <w:numId w:val="13"/>
        </w:numPr>
      </w:pPr>
      <w:r>
        <w:rPr>
          <w:b/>
        </w:rPr>
        <w:lastRenderedPageBreak/>
        <w:t xml:space="preserve">NextGen </w:t>
      </w:r>
      <w:proofErr w:type="spellStart"/>
      <w:r>
        <w:rPr>
          <w:b/>
        </w:rPr>
        <w:t>programme</w:t>
      </w:r>
      <w:proofErr w:type="spellEnd"/>
      <w:r>
        <w:rPr>
          <w:b/>
        </w:rPr>
        <w:t xml:space="preserve"> motivation</w:t>
      </w:r>
    </w:p>
    <w:p w14:paraId="6F532A23" w14:textId="3B27C682" w:rsidR="000811C9" w:rsidRDefault="003F3455">
      <w:pPr>
        <w:rPr>
          <w:b/>
        </w:rPr>
      </w:pPr>
      <w:r>
        <w:rPr>
          <w:b/>
        </w:rPr>
        <w:t>Please</w:t>
      </w:r>
      <w:r w:rsidR="003234E4">
        <w:rPr>
          <w:b/>
        </w:rPr>
        <w:t>,</w:t>
      </w:r>
      <w:r>
        <w:rPr>
          <w:b/>
        </w:rPr>
        <w:t xml:space="preserve"> address why you want to participate in the NextGen </w:t>
      </w:r>
      <w:proofErr w:type="spellStart"/>
      <w:r>
        <w:rPr>
          <w:b/>
        </w:rPr>
        <w:t>programme</w:t>
      </w:r>
      <w:proofErr w:type="spellEnd"/>
      <w:r>
        <w:rPr>
          <w:b/>
        </w:rPr>
        <w:t xml:space="preserve"> (max 500 words):</w:t>
      </w:r>
    </w:p>
    <w:p w14:paraId="0457F6D6" w14:textId="094367EF" w:rsidR="0061254F" w:rsidRDefault="0061254F" w:rsidP="0061254F">
      <w:pPr>
        <w:pStyle w:val="Listenabsatz"/>
        <w:numPr>
          <w:ilvl w:val="0"/>
          <w:numId w:val="11"/>
        </w:numPr>
      </w:pPr>
      <w:r>
        <w:t>How will participation contribute to your professional development?</w:t>
      </w:r>
    </w:p>
    <w:p w14:paraId="3DA52085" w14:textId="444CD134" w:rsidR="0061254F" w:rsidRDefault="0061254F" w:rsidP="0061254F">
      <w:pPr>
        <w:pStyle w:val="Listenabsatz"/>
        <w:numPr>
          <w:ilvl w:val="0"/>
          <w:numId w:val="11"/>
        </w:numPr>
      </w:pPr>
      <w:r>
        <w:t xml:space="preserve">How does your research connect to </w:t>
      </w:r>
      <w:proofErr w:type="gramStart"/>
      <w:r>
        <w:t>the PEACE</w:t>
      </w:r>
      <w:proofErr w:type="gramEnd"/>
      <w:r>
        <w:t xml:space="preserve"> Action?</w:t>
      </w:r>
    </w:p>
    <w:p w14:paraId="791DB93B" w14:textId="6703124A" w:rsidR="0061254F" w:rsidRDefault="0061254F" w:rsidP="0061254F">
      <w:pPr>
        <w:pStyle w:val="Listenabsatz"/>
        <w:numPr>
          <w:ilvl w:val="0"/>
          <w:numId w:val="11"/>
        </w:numPr>
      </w:pPr>
      <w:r>
        <w:t>How do you expect to contribute to the PEACE network?</w:t>
      </w:r>
    </w:p>
    <w:p w14:paraId="64846C29" w14:textId="38D77E12" w:rsidR="000811C9" w:rsidRDefault="003F3455">
      <w:r>
        <w:t>_____________________________________________________________________________</w:t>
      </w:r>
    </w:p>
    <w:p w14:paraId="47364D04" w14:textId="3E0C4078" w:rsidR="000811C9" w:rsidRDefault="003F3455">
      <w:r>
        <w:t>_____________________________________________________________________________</w:t>
      </w:r>
    </w:p>
    <w:p w14:paraId="0935706B" w14:textId="771223D1" w:rsidR="000811C9" w:rsidRDefault="003F3455">
      <w:r>
        <w:t>_____________________________________________________________________________</w:t>
      </w:r>
    </w:p>
    <w:p w14:paraId="622663CE" w14:textId="0DF4FC2B" w:rsidR="000811C9" w:rsidRDefault="003F3455">
      <w:r>
        <w:t>_____________________________________________________________________________</w:t>
      </w:r>
    </w:p>
    <w:p w14:paraId="75CFB2BE" w14:textId="0A7ABF30" w:rsidR="000811C9" w:rsidRDefault="003F3455">
      <w:r>
        <w:t>_____________________________________________________________________________</w:t>
      </w:r>
    </w:p>
    <w:p w14:paraId="3C092C38" w14:textId="22054571" w:rsidR="000811C9" w:rsidRDefault="003F3455">
      <w:r>
        <w:t>_____________________________________________________________________________</w:t>
      </w:r>
    </w:p>
    <w:p w14:paraId="355815B2" w14:textId="77777777" w:rsidR="003234E4" w:rsidRDefault="003234E4">
      <w:pPr>
        <w:rPr>
          <w:b/>
        </w:rPr>
      </w:pPr>
    </w:p>
    <w:p w14:paraId="29FCC618" w14:textId="0F450ACF" w:rsidR="000811C9" w:rsidRDefault="003F3455">
      <w:pPr>
        <w:rPr>
          <w:b/>
        </w:rPr>
      </w:pPr>
      <w:r>
        <w:rPr>
          <w:b/>
        </w:rPr>
        <w:t>Please</w:t>
      </w:r>
      <w:r w:rsidR="003234E4">
        <w:rPr>
          <w:b/>
        </w:rPr>
        <w:t>,</w:t>
      </w:r>
      <w:r>
        <w:rPr>
          <w:b/>
        </w:rPr>
        <w:t xml:space="preserve"> briefly describe the research question/topic you'd like to work on during your research visit (max 300 words):</w:t>
      </w:r>
    </w:p>
    <w:p w14:paraId="74FF0145" w14:textId="34A46295" w:rsidR="0061254F" w:rsidRDefault="0061254F" w:rsidP="0061254F">
      <w:pPr>
        <w:pStyle w:val="Listenabsatz"/>
        <w:numPr>
          <w:ilvl w:val="0"/>
          <w:numId w:val="11"/>
        </w:numPr>
      </w:pPr>
      <w:r>
        <w:t>Why is the topic relevant?</w:t>
      </w:r>
    </w:p>
    <w:p w14:paraId="75E09D90" w14:textId="2F043BD0" w:rsidR="0061254F" w:rsidRDefault="0061254F" w:rsidP="0061254F">
      <w:pPr>
        <w:pStyle w:val="Listenabsatz"/>
        <w:numPr>
          <w:ilvl w:val="0"/>
          <w:numId w:val="11"/>
        </w:numPr>
      </w:pPr>
      <w:r>
        <w:t>What are the expected outputs?</w:t>
      </w:r>
    </w:p>
    <w:p w14:paraId="2090FB22" w14:textId="42390E19" w:rsidR="0061254F" w:rsidRDefault="0061254F" w:rsidP="0061254F">
      <w:pPr>
        <w:pStyle w:val="Listenabsatz"/>
        <w:numPr>
          <w:ilvl w:val="0"/>
          <w:numId w:val="11"/>
        </w:numPr>
      </w:pPr>
      <w:r>
        <w:t>Which host institution(s) are you interested in?</w:t>
      </w:r>
    </w:p>
    <w:p w14:paraId="614840A3" w14:textId="4FBC9EE2" w:rsidR="000811C9" w:rsidRDefault="003F3455">
      <w:r>
        <w:t>_____________________________________________________________________________</w:t>
      </w:r>
    </w:p>
    <w:p w14:paraId="2BE496B7" w14:textId="48BA6F3F" w:rsidR="000811C9" w:rsidRDefault="003F3455">
      <w:r>
        <w:t>_____________________________________________________________________________</w:t>
      </w:r>
    </w:p>
    <w:p w14:paraId="7B76BABA" w14:textId="48C74890" w:rsidR="000811C9" w:rsidRDefault="003F3455">
      <w:r>
        <w:t>_____________________________________________________________________________</w:t>
      </w:r>
    </w:p>
    <w:p w14:paraId="14E66005" w14:textId="2E298CBD" w:rsidR="000811C9" w:rsidRDefault="003F3455">
      <w:r>
        <w:t>_____________________________________________________________________________</w:t>
      </w:r>
    </w:p>
    <w:p w14:paraId="64FE4966" w14:textId="40169D7E" w:rsidR="000811C9" w:rsidRDefault="003F3455">
      <w:r>
        <w:t>_____________________________________________________________________________</w:t>
      </w:r>
    </w:p>
    <w:p w14:paraId="0A52C6FE" w14:textId="62BD269C" w:rsidR="000811C9" w:rsidRDefault="003F3455">
      <w:r>
        <w:t>_____________________________________________________________________________</w:t>
      </w:r>
    </w:p>
    <w:p w14:paraId="1E03E21A" w14:textId="77777777" w:rsidR="00133302" w:rsidRDefault="00133302" w:rsidP="00133302">
      <w:pPr>
        <w:rPr>
          <w:b/>
        </w:rPr>
      </w:pPr>
    </w:p>
    <w:p w14:paraId="4379A87A" w14:textId="0F405A95" w:rsidR="00133302" w:rsidRDefault="00133302" w:rsidP="00133302">
      <w:r>
        <w:rPr>
          <w:b/>
        </w:rPr>
        <w:t>Select the PEACE Working Group or topic most closely aligned with your own research interest</w:t>
      </w:r>
      <w:r w:rsidR="00AC7595">
        <w:rPr>
          <w:b/>
        </w:rPr>
        <w:t xml:space="preserve"> (please, </w:t>
      </w:r>
      <w:r w:rsidR="00F268D4">
        <w:rPr>
          <w:b/>
        </w:rPr>
        <w:t>indicate only one)</w:t>
      </w:r>
      <w:r>
        <w:rPr>
          <w:b/>
        </w:rPr>
        <w:t>:</w:t>
      </w:r>
    </w:p>
    <w:p w14:paraId="2D413912" w14:textId="77777777" w:rsidR="00133302" w:rsidRDefault="00133302" w:rsidP="00133302">
      <w:r>
        <w:t>☐ WG1 Peace &amp; Climate</w:t>
      </w:r>
    </w:p>
    <w:p w14:paraId="3A373ED5" w14:textId="77777777" w:rsidR="00133302" w:rsidRDefault="00133302" w:rsidP="00133302">
      <w:r>
        <w:t>☐ WG2 Feminist Peace</w:t>
      </w:r>
    </w:p>
    <w:p w14:paraId="74723C4E" w14:textId="77777777" w:rsidR="00133302" w:rsidRDefault="00133302" w:rsidP="00133302">
      <w:r>
        <w:t>☐ WG3 Local Peace</w:t>
      </w:r>
    </w:p>
    <w:p w14:paraId="5D806EC0" w14:textId="77777777" w:rsidR="00133302" w:rsidRDefault="00133302" w:rsidP="00133302">
      <w:r>
        <w:lastRenderedPageBreak/>
        <w:t>☐ WG4 Peace &amp; Emerging Technologies</w:t>
      </w:r>
    </w:p>
    <w:p w14:paraId="2325A3AD" w14:textId="77777777" w:rsidR="00133302" w:rsidRDefault="00133302" w:rsidP="00133302">
      <w:r>
        <w:t>☐ WG5 Europe, Peace &amp; Security</w:t>
      </w:r>
    </w:p>
    <w:p w14:paraId="7604FB36" w14:textId="66A92F1A" w:rsidR="00133302" w:rsidRPr="003234E4" w:rsidRDefault="00133302" w:rsidP="00133302">
      <w:r>
        <w:t xml:space="preserve">☐ </w:t>
      </w:r>
      <w:r w:rsidR="00AC7595">
        <w:t>Critical-relational approach to security</w:t>
      </w:r>
      <w:r>
        <w:t xml:space="preserve"> (</w:t>
      </w:r>
      <w:proofErr w:type="spellStart"/>
      <w:r w:rsidR="00AC7595">
        <w:t>CEEShub</w:t>
      </w:r>
      <w:proofErr w:type="spellEnd"/>
      <w:r w:rsidR="00AC7595">
        <w:t xml:space="preserve"> fellow</w:t>
      </w:r>
      <w:r>
        <w:t>)</w:t>
      </w:r>
      <w:r>
        <w:br/>
      </w:r>
    </w:p>
    <w:p w14:paraId="38263EE1" w14:textId="77777777" w:rsidR="00133302" w:rsidRDefault="00133302" w:rsidP="00133302">
      <w:r>
        <w:rPr>
          <w:b/>
        </w:rPr>
        <w:t>Do you have a suggested NextGen mentor (preferably a member of the PEACE network)? If so, please give their name and affiliation.</w:t>
      </w:r>
    </w:p>
    <w:p w14:paraId="2E4705BF" w14:textId="77777777" w:rsidR="00133302" w:rsidRDefault="00133302" w:rsidP="00133302">
      <w:r>
        <w:t>_____________________________________________________________________________</w:t>
      </w:r>
    </w:p>
    <w:p w14:paraId="75D5C093" w14:textId="1E34ED59" w:rsidR="00133302" w:rsidRDefault="00133302"/>
    <w:p w14:paraId="3368816B" w14:textId="6F821FCF" w:rsidR="003234E4" w:rsidRDefault="00133302">
      <w:r>
        <w:br w:type="page"/>
      </w:r>
    </w:p>
    <w:p w14:paraId="7539A5DC" w14:textId="48AC3FB0" w:rsidR="000811C9" w:rsidRDefault="003F3455" w:rsidP="003234E4">
      <w:pPr>
        <w:pStyle w:val="Listenabsatz"/>
        <w:numPr>
          <w:ilvl w:val="0"/>
          <w:numId w:val="13"/>
        </w:numPr>
      </w:pPr>
      <w:r w:rsidRPr="003234E4">
        <w:rPr>
          <w:b/>
        </w:rPr>
        <w:lastRenderedPageBreak/>
        <w:t>Required Attachments</w:t>
      </w:r>
    </w:p>
    <w:p w14:paraId="3F9CE60D" w14:textId="4A44FBFA" w:rsidR="000811C9" w:rsidRDefault="00C749D8">
      <w:r>
        <w:t xml:space="preserve">Send the </w:t>
      </w:r>
      <w:proofErr w:type="gramStart"/>
      <w:r>
        <w:t>filled out</w:t>
      </w:r>
      <w:proofErr w:type="gramEnd"/>
      <w:r>
        <w:t xml:space="preserve"> application form together with </w:t>
      </w:r>
      <w:r w:rsidR="003F3455">
        <w:t xml:space="preserve">the following documents </w:t>
      </w:r>
      <w:r w:rsidR="003234E4">
        <w:t>in PDF format</w:t>
      </w:r>
      <w:r w:rsidR="009D68EC">
        <w:t xml:space="preserve"> </w:t>
      </w:r>
      <w:r w:rsidR="001F6CFD">
        <w:t xml:space="preserve">via e-mail to the YRI Coordinator at </w:t>
      </w:r>
      <w:hyperlink r:id="rId13" w:history="1">
        <w:r w:rsidR="001F6CFD" w:rsidRPr="00710661">
          <w:rPr>
            <w:rStyle w:val="Hyperlink"/>
          </w:rPr>
          <w:t>merel.selleslach@vlaamsparlement.be</w:t>
        </w:r>
      </w:hyperlink>
      <w:r w:rsidR="003234E4">
        <w:t>. Without these attachments we cannot evaluate your application</w:t>
      </w:r>
      <w:r w:rsidR="003F3455">
        <w:t xml:space="preserve">: </w:t>
      </w:r>
    </w:p>
    <w:p w14:paraId="013267C1" w14:textId="77777777" w:rsidR="000811C9" w:rsidRDefault="003F3455" w:rsidP="003234E4">
      <w:pPr>
        <w:pStyle w:val="Listenabsatz"/>
        <w:numPr>
          <w:ilvl w:val="0"/>
          <w:numId w:val="14"/>
        </w:numPr>
      </w:pPr>
      <w:r w:rsidRPr="003234E4">
        <w:rPr>
          <w:b/>
        </w:rPr>
        <w:t xml:space="preserve">CV </w:t>
      </w:r>
      <w:r w:rsidRPr="003234E4">
        <w:rPr>
          <w:bCs/>
        </w:rPr>
        <w:t>(maximum 2 pages)</w:t>
      </w:r>
    </w:p>
    <w:p w14:paraId="2512C4B2" w14:textId="77777777" w:rsidR="000811C9" w:rsidRPr="003234E4" w:rsidRDefault="003F3455" w:rsidP="003234E4">
      <w:pPr>
        <w:pStyle w:val="Listenabsatz"/>
        <w:numPr>
          <w:ilvl w:val="0"/>
          <w:numId w:val="14"/>
        </w:numPr>
        <w:rPr>
          <w:bCs/>
        </w:rPr>
      </w:pPr>
      <w:r w:rsidRPr="003234E4">
        <w:rPr>
          <w:b/>
        </w:rPr>
        <w:t xml:space="preserve">Proof of primary affiliation </w:t>
      </w:r>
      <w:r w:rsidRPr="003234E4">
        <w:rPr>
          <w:bCs/>
        </w:rPr>
        <w:t>(student enrolment certificate, employment contract, institutional webpage, or supervisor confirmation)</w:t>
      </w:r>
    </w:p>
    <w:sectPr w:rsidR="000811C9" w:rsidRPr="003234E4" w:rsidSect="00034616">
      <w:headerReference w:type="default" r:id="rId14"/>
      <w:footerReference w:type="default" r:id="rId1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DF250" w14:textId="77777777" w:rsidR="000634DC" w:rsidRDefault="000634DC" w:rsidP="002F3DCD">
      <w:pPr>
        <w:spacing w:after="0" w:line="240" w:lineRule="auto"/>
      </w:pPr>
      <w:r>
        <w:separator/>
      </w:r>
    </w:p>
  </w:endnote>
  <w:endnote w:type="continuationSeparator" w:id="0">
    <w:p w14:paraId="7A6B0720" w14:textId="77777777" w:rsidR="000634DC" w:rsidRDefault="000634DC" w:rsidP="002F3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4818880"/>
      <w:docPartObj>
        <w:docPartGallery w:val="Page Numbers (Bottom of Page)"/>
        <w:docPartUnique/>
      </w:docPartObj>
    </w:sdtPr>
    <w:sdtEndPr/>
    <w:sdtContent>
      <w:sdt>
        <w:sdtPr>
          <w:id w:val="-1769616900"/>
          <w:docPartObj>
            <w:docPartGallery w:val="Page Numbers (Top of Page)"/>
            <w:docPartUnique/>
          </w:docPartObj>
        </w:sdtPr>
        <w:sdtEndPr/>
        <w:sdtContent>
          <w:p w14:paraId="20B8E9BB" w14:textId="77777777" w:rsidR="00133302" w:rsidRDefault="00133302">
            <w:pPr>
              <w:pStyle w:val="Fuzeile"/>
              <w:jc w:val="right"/>
            </w:pPr>
            <w:r>
              <w:rPr>
                <w:lang w:val="nl-NL"/>
              </w:rPr>
              <w:t xml:space="preserve">Page </w:t>
            </w:r>
            <w:r>
              <w:rPr>
                <w:b/>
                <w:bCs/>
                <w:sz w:val="24"/>
                <w:szCs w:val="24"/>
              </w:rPr>
              <w:fldChar w:fldCharType="begin"/>
            </w:r>
            <w:r>
              <w:rPr>
                <w:b/>
                <w:bCs/>
              </w:rPr>
              <w:instrText>PAGE</w:instrText>
            </w:r>
            <w:r>
              <w:rPr>
                <w:b/>
                <w:bCs/>
                <w:sz w:val="24"/>
                <w:szCs w:val="24"/>
              </w:rPr>
              <w:fldChar w:fldCharType="separate"/>
            </w:r>
            <w:r>
              <w:rPr>
                <w:b/>
                <w:bCs/>
                <w:lang w:val="nl-NL"/>
              </w:rPr>
              <w:t>2</w:t>
            </w:r>
            <w:r>
              <w:rPr>
                <w:b/>
                <w:bCs/>
                <w:sz w:val="24"/>
                <w:szCs w:val="24"/>
              </w:rPr>
              <w:fldChar w:fldCharType="end"/>
            </w:r>
            <w:r>
              <w:rPr>
                <w:lang w:val="nl-NL"/>
              </w:rPr>
              <w:t xml:space="preserve"> of </w:t>
            </w:r>
            <w:r>
              <w:rPr>
                <w:b/>
                <w:bCs/>
                <w:sz w:val="24"/>
                <w:szCs w:val="24"/>
              </w:rPr>
              <w:fldChar w:fldCharType="begin"/>
            </w:r>
            <w:r>
              <w:rPr>
                <w:b/>
                <w:bCs/>
              </w:rPr>
              <w:instrText>NUMPAGES</w:instrText>
            </w:r>
            <w:r>
              <w:rPr>
                <w:b/>
                <w:bCs/>
                <w:sz w:val="24"/>
                <w:szCs w:val="24"/>
              </w:rPr>
              <w:fldChar w:fldCharType="separate"/>
            </w:r>
            <w:r>
              <w:rPr>
                <w:b/>
                <w:bCs/>
                <w:lang w:val="nl-NL"/>
              </w:rPr>
              <w:t>2</w:t>
            </w:r>
            <w:r>
              <w:rPr>
                <w:b/>
                <w:bCs/>
                <w:sz w:val="24"/>
                <w:szCs w:val="24"/>
              </w:rPr>
              <w:fldChar w:fldCharType="end"/>
            </w:r>
          </w:p>
        </w:sdtContent>
      </w:sdt>
    </w:sdtContent>
  </w:sdt>
  <w:p w14:paraId="701AD673" w14:textId="77777777" w:rsidR="00133302" w:rsidRDefault="0013330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58307" w14:textId="77777777" w:rsidR="000634DC" w:rsidRDefault="000634DC" w:rsidP="002F3DCD">
      <w:pPr>
        <w:spacing w:after="0" w:line="240" w:lineRule="auto"/>
      </w:pPr>
      <w:r>
        <w:separator/>
      </w:r>
    </w:p>
  </w:footnote>
  <w:footnote w:type="continuationSeparator" w:id="0">
    <w:p w14:paraId="68644677" w14:textId="77777777" w:rsidR="000634DC" w:rsidRDefault="000634DC" w:rsidP="002F3D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78BFE" w14:textId="27C6C5D7" w:rsidR="00133302" w:rsidRPr="00133302" w:rsidRDefault="00133302" w:rsidP="00133302">
    <w:pPr>
      <w:pStyle w:val="Kopfzeile"/>
      <w:tabs>
        <w:tab w:val="left" w:pos="5290"/>
      </w:tabs>
      <w:rPr>
        <w:lang w:val="nl-BE"/>
      </w:rPr>
    </w:pPr>
    <w:r>
      <w:rPr>
        <w:noProof/>
      </w:rPr>
      <w:drawing>
        <wp:inline distT="0" distB="0" distL="0" distR="0" wp14:anchorId="45D6C0F6" wp14:editId="7E7666F0">
          <wp:extent cx="1769364" cy="685800"/>
          <wp:effectExtent l="0" t="0" r="2540" b="0"/>
          <wp:docPr id="85462366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4558" cy="687813"/>
                  </a:xfrm>
                  <a:prstGeom prst="rect">
                    <a:avLst/>
                  </a:prstGeom>
                  <a:noFill/>
                  <a:ln>
                    <a:noFill/>
                  </a:ln>
                </pic:spPr>
              </pic:pic>
            </a:graphicData>
          </a:graphic>
        </wp:inline>
      </w:drawing>
    </w:r>
    <w:r>
      <w:tab/>
    </w:r>
    <w:r>
      <w:tab/>
    </w:r>
    <w:r w:rsidRPr="00133302">
      <w:rPr>
        <w:noProof/>
        <w:lang w:val="nl-BE"/>
      </w:rPr>
      <w:drawing>
        <wp:inline distT="0" distB="0" distL="0" distR="0" wp14:anchorId="494170F7" wp14:editId="23406F2D">
          <wp:extent cx="1651000" cy="774861"/>
          <wp:effectExtent l="0" t="0" r="6350" b="6350"/>
          <wp:docPr id="3100624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70006" cy="783781"/>
                  </a:xfrm>
                  <a:prstGeom prst="rect">
                    <a:avLst/>
                  </a:prstGeom>
                  <a:noFill/>
                  <a:ln>
                    <a:noFill/>
                  </a:ln>
                </pic:spPr>
              </pic:pic>
            </a:graphicData>
          </a:graphic>
        </wp:inline>
      </w:drawing>
    </w:r>
  </w:p>
  <w:p w14:paraId="2EBB217C" w14:textId="46E28E6D" w:rsidR="00133302" w:rsidRDefault="00133302" w:rsidP="00133302">
    <w:pPr>
      <w:pStyle w:val="Kopfzeile"/>
      <w:tabs>
        <w:tab w:val="clear" w:pos="4680"/>
        <w:tab w:val="clear" w:pos="9360"/>
        <w:tab w:val="left" w:pos="529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17F66CB7"/>
    <w:multiLevelType w:val="hybridMultilevel"/>
    <w:tmpl w:val="48C2C89E"/>
    <w:lvl w:ilvl="0" w:tplc="C86EB7B6">
      <w:start w:val="1"/>
      <w:numFmt w:val="decimal"/>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22264EA2"/>
    <w:multiLevelType w:val="hybridMultilevel"/>
    <w:tmpl w:val="D696E0E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468C20DF"/>
    <w:multiLevelType w:val="hybridMultilevel"/>
    <w:tmpl w:val="827A173C"/>
    <w:lvl w:ilvl="0" w:tplc="D11227BC">
      <w:numFmt w:val="bullet"/>
      <w:lvlText w:val="-"/>
      <w:lvlJc w:val="left"/>
      <w:pPr>
        <w:ind w:left="720" w:hanging="360"/>
      </w:pPr>
      <w:rPr>
        <w:rFonts w:ascii="Arial" w:eastAsiaTheme="minorEastAsia"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573B3109"/>
    <w:multiLevelType w:val="hybridMultilevel"/>
    <w:tmpl w:val="5A060FA4"/>
    <w:lvl w:ilvl="0" w:tplc="D11227BC">
      <w:numFmt w:val="bullet"/>
      <w:lvlText w:val="-"/>
      <w:lvlJc w:val="left"/>
      <w:pPr>
        <w:ind w:left="720" w:hanging="360"/>
      </w:pPr>
      <w:rPr>
        <w:rFonts w:ascii="Arial" w:eastAsiaTheme="minorEastAsia"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60D47A22"/>
    <w:multiLevelType w:val="hybridMultilevel"/>
    <w:tmpl w:val="51AED054"/>
    <w:lvl w:ilvl="0" w:tplc="D11227BC">
      <w:numFmt w:val="bullet"/>
      <w:lvlText w:val="-"/>
      <w:lvlJc w:val="left"/>
      <w:pPr>
        <w:ind w:left="720" w:hanging="360"/>
      </w:pPr>
      <w:rPr>
        <w:rFonts w:ascii="Arial" w:eastAsiaTheme="minorEastAsia"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304193645">
    <w:abstractNumId w:val="8"/>
  </w:num>
  <w:num w:numId="2" w16cid:durableId="920989638">
    <w:abstractNumId w:val="6"/>
  </w:num>
  <w:num w:numId="3" w16cid:durableId="1664045106">
    <w:abstractNumId w:val="5"/>
  </w:num>
  <w:num w:numId="4" w16cid:durableId="941110733">
    <w:abstractNumId w:val="4"/>
  </w:num>
  <w:num w:numId="5" w16cid:durableId="1709522103">
    <w:abstractNumId w:val="7"/>
  </w:num>
  <w:num w:numId="6" w16cid:durableId="771585568">
    <w:abstractNumId w:val="3"/>
  </w:num>
  <w:num w:numId="7" w16cid:durableId="111442217">
    <w:abstractNumId w:val="2"/>
  </w:num>
  <w:num w:numId="8" w16cid:durableId="1111783751">
    <w:abstractNumId w:val="1"/>
  </w:num>
  <w:num w:numId="9" w16cid:durableId="1106921832">
    <w:abstractNumId w:val="0"/>
  </w:num>
  <w:num w:numId="10" w16cid:durableId="734358505">
    <w:abstractNumId w:val="10"/>
  </w:num>
  <w:num w:numId="11" w16cid:durableId="216825146">
    <w:abstractNumId w:val="13"/>
  </w:num>
  <w:num w:numId="12" w16cid:durableId="1106266108">
    <w:abstractNumId w:val="11"/>
  </w:num>
  <w:num w:numId="13" w16cid:durableId="962416934">
    <w:abstractNumId w:val="9"/>
  </w:num>
  <w:num w:numId="14" w16cid:durableId="6531485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34DC"/>
    <w:rsid w:val="000811C9"/>
    <w:rsid w:val="00133302"/>
    <w:rsid w:val="00137585"/>
    <w:rsid w:val="0015074B"/>
    <w:rsid w:val="001B783E"/>
    <w:rsid w:val="001F6CFD"/>
    <w:rsid w:val="0029639D"/>
    <w:rsid w:val="002F3DCD"/>
    <w:rsid w:val="00322B4A"/>
    <w:rsid w:val="003234E4"/>
    <w:rsid w:val="00326F90"/>
    <w:rsid w:val="00391148"/>
    <w:rsid w:val="003F3455"/>
    <w:rsid w:val="00405AF5"/>
    <w:rsid w:val="00453384"/>
    <w:rsid w:val="004C2E41"/>
    <w:rsid w:val="005151C5"/>
    <w:rsid w:val="005823D0"/>
    <w:rsid w:val="0061254F"/>
    <w:rsid w:val="00655B51"/>
    <w:rsid w:val="006C6DBB"/>
    <w:rsid w:val="00811F82"/>
    <w:rsid w:val="009A1692"/>
    <w:rsid w:val="009D68EC"/>
    <w:rsid w:val="00AA11C7"/>
    <w:rsid w:val="00AA1D8D"/>
    <w:rsid w:val="00AC7595"/>
    <w:rsid w:val="00B41325"/>
    <w:rsid w:val="00B47730"/>
    <w:rsid w:val="00BC4216"/>
    <w:rsid w:val="00C749D8"/>
    <w:rsid w:val="00CB0664"/>
    <w:rsid w:val="00D87BE1"/>
    <w:rsid w:val="00F268D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87ED81"/>
  <w14:defaultImageDpi w14:val="300"/>
  <w15:docId w15:val="{F10C7CC2-A6AB-4071-9BCD-9A4CF797D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sz w:val="20"/>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bsatz-Standardschriftart"/>
    <w:uiPriority w:val="99"/>
    <w:unhideWhenUsed/>
    <w:rsid w:val="002F3DCD"/>
    <w:rPr>
      <w:color w:val="0000FF" w:themeColor="hyperlink"/>
      <w:u w:val="single"/>
    </w:rPr>
  </w:style>
  <w:style w:type="character" w:styleId="NichtaufgelsteErwhnung">
    <w:name w:val="Unresolved Mention"/>
    <w:basedOn w:val="Absatz-Standardschriftart"/>
    <w:uiPriority w:val="99"/>
    <w:semiHidden/>
    <w:unhideWhenUsed/>
    <w:rsid w:val="002F3DCD"/>
    <w:rPr>
      <w:color w:val="605E5C"/>
      <w:shd w:val="clear" w:color="auto" w:fill="E1DFDD"/>
    </w:rPr>
  </w:style>
  <w:style w:type="paragraph" w:styleId="StandardWeb">
    <w:name w:val="Normal (Web)"/>
    <w:basedOn w:val="Standard"/>
    <w:uiPriority w:val="99"/>
    <w:semiHidden/>
    <w:unhideWhenUsed/>
    <w:rsid w:val="0013330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erel.selleslach@vlaamsparlement.b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erel.selleslach@vlaamsparlement.b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eaceresearchnetwork.eu/joi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73CCBA2CF50A4FAA481E1C0E67A206" ma:contentTypeVersion="19" ma:contentTypeDescription="Een nieuw document maken." ma:contentTypeScope="" ma:versionID="9331750ace4fcf153898a29adca1428b">
  <xsd:schema xmlns:xsd="http://www.w3.org/2001/XMLSchema" xmlns:xs="http://www.w3.org/2001/XMLSchema" xmlns:p="http://schemas.microsoft.com/office/2006/metadata/properties" xmlns:ns2="a87ece40-8fe5-48cf-9d18-b13b06bd862e" xmlns:ns3="16391663-5d76-4ccf-96a0-ec3b32371a2e" targetNamespace="http://schemas.microsoft.com/office/2006/metadata/properties" ma:root="true" ma:fieldsID="320dab96f3b21f2a06225d64faa59b70" ns2:_="" ns3:_="">
    <xsd:import namespace="a87ece40-8fe5-48cf-9d18-b13b06bd862e"/>
    <xsd:import namespace="16391663-5d76-4ccf-96a0-ec3b32371a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ece40-8fe5-48cf-9d18-b13b06bd8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f1f42e60-30f5-4887-bd82-0f6be8b7a57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391663-5d76-4ccf-96a0-ec3b32371a2e"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5172dce-e76d-42c9-acfe-1fbeb2b36c47}" ma:internalName="TaxCatchAll" ma:showField="CatchAllData" ma:web="16391663-5d76-4ccf-96a0-ec3b32371a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87ece40-8fe5-48cf-9d18-b13b06bd862e">
      <Terms xmlns="http://schemas.microsoft.com/office/infopath/2007/PartnerControls"/>
    </lcf76f155ced4ddcb4097134ff3c332f>
    <TaxCatchAll xmlns="16391663-5d76-4ccf-96a0-ec3b32371a2e" xsi:nil="true"/>
  </documentManagement>
</p:properties>
</file>

<file path=customXml/itemProps1.xml><?xml version="1.0" encoding="utf-8"?>
<ds:datastoreItem xmlns:ds="http://schemas.openxmlformats.org/officeDocument/2006/customXml" ds:itemID="{9E709A14-B6DB-4652-BFA4-FEDA246DA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ece40-8fe5-48cf-9d18-b13b06bd862e"/>
    <ds:schemaRef ds:uri="16391663-5d76-4ccf-96a0-ec3b32371a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BE91EB-FA04-448D-821E-74EA738DE5DA}">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B0AA25BC-D7F3-4DB6-99F2-5789B225E067}">
  <ds:schemaRefs>
    <ds:schemaRef ds:uri="http://schemas.microsoft.com/office/2006/metadata/properties"/>
    <ds:schemaRef ds:uri="http://schemas.microsoft.com/office/infopath/2007/PartnerControls"/>
    <ds:schemaRef ds:uri="a87ece40-8fe5-48cf-9d18-b13b06bd862e"/>
    <ds:schemaRef ds:uri="16391663-5d76-4ccf-96a0-ec3b32371a2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886</Words>
  <Characters>5587</Characters>
  <Application>Microsoft Office Word</Application>
  <DocSecurity>4</DocSecurity>
  <Lines>46</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6461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Stefan Kroll</cp:lastModifiedBy>
  <cp:revision>2</cp:revision>
  <dcterms:created xsi:type="dcterms:W3CDTF">2026-10-19T13:17:00Z</dcterms:created>
  <dcterms:modified xsi:type="dcterms:W3CDTF">2026-10-19T13:17:00Z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0x0101005673CCBA2CF50A4FAA481E1C0E67A206</vt:lpwstr>
  </property>
  <property fmtid="{D5CDD505-2E9C-101B-9397-08002B2CF9AE}" pid="3" name="MediaServiceImageTags">
    <vt:lpwstr/>
  </property>
</Properties>
</file>